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F4E79"/>
          <w:sz w:val="48"/>
        </w:rPr>
        <w:t>Anthony Turner</w:t>
        <w:br/>
      </w:r>
      <w:r>
        <w:rPr>
          <w:i/>
          <w:sz w:val="26"/>
        </w:rPr>
        <w:t>Full-Stack Developer | AI-Accelerated Software Engineer</w:t>
      </w:r>
    </w:p>
    <w:p>
      <w:pPr>
        <w:jc w:val="center"/>
      </w:pPr>
      <w:r>
        <w:t>anthonybturner@icloud.com | 518-475-8019 | New Paltz, NY</w:t>
        <w:br/>
      </w:r>
      <w:r>
        <w:t>Portfolio: https://anthonybturner-ten.vercel.app</w:t>
      </w:r>
    </w:p>
    <w:p>
      <w:pPr>
        <w:shd w:fill="1F4E79"/>
      </w:pPr>
      <w:r>
        <w:rPr>
          <w:b/>
          <w:color w:val="FFFFFF"/>
          <w:sz w:val="26"/>
        </w:rPr>
        <w:t>PROFESSIONAL SUMMARY</w:t>
      </w:r>
    </w:p>
    <w:p>
      <w:r>
        <w:t>Results-driven Full-Stack Developer and AI-Accelerated Software Engineer with 10+ years of experience delivering enterprise software using C#, .NET, ASP.NET Core, Angular, TypeScript, SQL Server, Azure, REST APIs, and cloud technologies. Proven success modernizing legacy systems, building scalable solutions for commercial and federal clients, and leveraging GitHub Copilot, OpenAI Codex, and AI prompt engineering to accelerate software design, implementation, debugging, testing, documentation, and delivery.</w:t>
      </w:r>
    </w:p>
    <w:p>
      <w:pPr>
        <w:shd w:fill="1F4E79"/>
      </w:pPr>
      <w:r>
        <w:rPr>
          <w:b/>
          <w:color w:val="FFFFFF"/>
          <w:sz w:val="26"/>
        </w:rPr>
        <w:t>TECHNICAL SKILLS</w:t>
      </w:r>
    </w:p>
    <w:tbl>
      <w:tblPr>
        <w:tblW w:type="auto" w:w="0"/>
        <w:jc w:val="center"/>
        <w:tblLook w:firstColumn="1" w:firstRow="1" w:lastColumn="0" w:lastRow="0" w:noHBand="0" w:noVBand="1" w:val="04A0"/>
      </w:tblPr>
      <w:tblGrid>
        <w:gridCol w:w="5280"/>
        <w:gridCol w:w="5280"/>
      </w:tblGrid>
      <w:tr>
        <w:tc>
          <w:tcPr>
            <w:tcW w:type="dxa" w:w="5280"/>
          </w:tcPr>
          <w:p>
            <w:r>
              <w:t>• AI Prompt Engineering</w:t>
            </w:r>
          </w:p>
        </w:tc>
        <w:tc>
          <w:tcPr>
            <w:tcW w:type="dxa" w:w="5280"/>
          </w:tcPr>
          <w:p>
            <w:r>
              <w:t>• Azure</w:t>
            </w:r>
          </w:p>
        </w:tc>
      </w:tr>
      <w:tr>
        <w:tc>
          <w:tcPr>
            <w:tcW w:type="dxa" w:w="5280"/>
          </w:tcPr>
          <w:p>
            <w:r>
              <w:t>• GitHub Copilot</w:t>
            </w:r>
          </w:p>
        </w:tc>
        <w:tc>
          <w:tcPr>
            <w:tcW w:type="dxa" w:w="5280"/>
          </w:tcPr>
          <w:p>
            <w:r>
              <w:t>• Azure DevOps</w:t>
            </w:r>
          </w:p>
        </w:tc>
      </w:tr>
      <w:tr>
        <w:tc>
          <w:tcPr>
            <w:tcW w:type="dxa" w:w="5280"/>
          </w:tcPr>
          <w:p>
            <w:r>
              <w:t>• OpenAI Codex</w:t>
            </w:r>
          </w:p>
        </w:tc>
        <w:tc>
          <w:tcPr>
            <w:tcW w:type="dxa" w:w="5280"/>
          </w:tcPr>
          <w:p>
            <w:r>
              <w:t>• CI/CD</w:t>
            </w:r>
          </w:p>
        </w:tc>
      </w:tr>
      <w:tr>
        <w:tc>
          <w:tcPr>
            <w:tcW w:type="dxa" w:w="5280"/>
          </w:tcPr>
          <w:p>
            <w:r>
              <w:t>• C#</w:t>
            </w:r>
          </w:p>
        </w:tc>
        <w:tc>
          <w:tcPr>
            <w:tcW w:type="dxa" w:w="5280"/>
          </w:tcPr>
          <w:p>
            <w:r>
              <w:t>• Docker</w:t>
            </w:r>
          </w:p>
        </w:tc>
      </w:tr>
      <w:tr>
        <w:tc>
          <w:tcPr>
            <w:tcW w:type="dxa" w:w="5280"/>
          </w:tcPr>
          <w:p>
            <w:r>
              <w:t>• .NET Framework</w:t>
            </w:r>
          </w:p>
        </w:tc>
        <w:tc>
          <w:tcPr>
            <w:tcW w:type="dxa" w:w="5280"/>
          </w:tcPr>
          <w:p>
            <w:r>
              <w:t>• Git</w:t>
            </w:r>
          </w:p>
        </w:tc>
      </w:tr>
      <w:tr>
        <w:tc>
          <w:tcPr>
            <w:tcW w:type="dxa" w:w="5280"/>
          </w:tcPr>
          <w:p>
            <w:r>
              <w:t>• .NET Core / ASP.NET Core</w:t>
            </w:r>
          </w:p>
        </w:tc>
        <w:tc>
          <w:tcPr>
            <w:tcW w:type="dxa" w:w="5280"/>
          </w:tcPr>
          <w:p>
            <w:r>
              <w:t>• GitHub</w:t>
            </w:r>
          </w:p>
        </w:tc>
      </w:tr>
      <w:tr>
        <w:tc>
          <w:tcPr>
            <w:tcW w:type="dxa" w:w="5280"/>
          </w:tcPr>
          <w:p>
            <w:r>
              <w:t>• Angular 19</w:t>
            </w:r>
          </w:p>
        </w:tc>
        <w:tc>
          <w:tcPr>
            <w:tcW w:type="dxa" w:w="5280"/>
          </w:tcPr>
          <w:p>
            <w:r>
              <w:t>• Vercel</w:t>
            </w:r>
          </w:p>
        </w:tc>
      </w:tr>
      <w:tr>
        <w:tc>
          <w:tcPr>
            <w:tcW w:type="dxa" w:w="5280"/>
          </w:tcPr>
          <w:p>
            <w:r>
              <w:t>• TypeScript</w:t>
            </w:r>
          </w:p>
        </w:tc>
        <w:tc>
          <w:tcPr>
            <w:tcW w:type="dxa" w:w="5280"/>
          </w:tcPr>
          <w:p>
            <w:r>
              <w:t>• PostgreSQL</w:t>
            </w:r>
          </w:p>
        </w:tc>
      </w:tr>
      <w:tr>
        <w:tc>
          <w:tcPr>
            <w:tcW w:type="dxa" w:w="5280"/>
          </w:tcPr>
          <w:p>
            <w:r>
              <w:t>• RxJS</w:t>
            </w:r>
          </w:p>
        </w:tc>
        <w:tc>
          <w:tcPr>
            <w:tcW w:type="dxa" w:w="5280"/>
          </w:tcPr>
          <w:p>
            <w:r>
              <w:t>• Oracle</w:t>
            </w:r>
          </w:p>
        </w:tc>
      </w:tr>
      <w:tr>
        <w:tc>
          <w:tcPr>
            <w:tcW w:type="dxa" w:w="5280"/>
          </w:tcPr>
          <w:p>
            <w:r>
              <w:t>• Signals</w:t>
            </w:r>
          </w:p>
        </w:tc>
        <w:tc>
          <w:tcPr>
            <w:tcW w:type="dxa" w:w="5280"/>
          </w:tcPr>
          <w:p>
            <w:r>
              <w:t>• Node.js</w:t>
            </w:r>
          </w:p>
        </w:tc>
      </w:tr>
      <w:tr>
        <w:tc>
          <w:tcPr>
            <w:tcW w:type="dxa" w:w="5280"/>
          </w:tcPr>
          <w:p>
            <w:r>
              <w:t>• REST APIs</w:t>
            </w:r>
          </w:p>
        </w:tc>
        <w:tc>
          <w:tcPr>
            <w:tcW w:type="dxa" w:w="5280"/>
          </w:tcPr>
          <w:p>
            <w:r>
              <w:t>• React</w:t>
            </w:r>
          </w:p>
        </w:tc>
      </w:tr>
      <w:tr>
        <w:tc>
          <w:tcPr>
            <w:tcW w:type="dxa" w:w="5280"/>
          </w:tcPr>
          <w:p>
            <w:r>
              <w:t>• SQL Server</w:t>
            </w:r>
          </w:p>
        </w:tc>
        <w:tc>
          <w:tcPr>
            <w:tcW w:type="dxa" w:w="5280"/>
          </w:tcPr>
          <w:p>
            <w:r>
              <w:t>• Next.js</w:t>
            </w:r>
          </w:p>
        </w:tc>
      </w:tr>
    </w:tbl>
    <w:p>
      <w:pPr>
        <w:shd w:fill="1F4E79"/>
      </w:pPr>
      <w:r>
        <w:rPr>
          <w:b/>
          <w:color w:val="FFFFFF"/>
          <w:sz w:val="26"/>
        </w:rPr>
        <w:t>PROFESSIONAL EXPERIENCE</w:t>
      </w:r>
    </w:p>
    <w:p>
      <w:r>
        <w:rPr>
          <w:b/>
        </w:rPr>
        <w:t>Applications Developer | AppTech</w:t>
        <w:br/>
      </w:r>
      <w:r>
        <w:t>Apr 2025 – Jun 2025</w:t>
      </w:r>
    </w:p>
    <w:p>
      <w:pPr>
        <w:pStyle w:val="ListBullet"/>
      </w:pPr>
      <w:r>
        <w:t>Modernized Angular/.NET Framework applications to Angular 19 with .NET Core.</w:t>
      </w:r>
    </w:p>
    <w:p>
      <w:pPr>
        <w:pStyle w:val="ListBullet"/>
      </w:pPr>
      <w:r>
        <w:t>Developed scalable ASP.NET Core APIs using C#.</w:t>
      </w:r>
    </w:p>
    <w:p>
      <w:pPr>
        <w:pStyle w:val="ListBullet"/>
      </w:pPr>
      <w:r>
        <w:t>Built reactive Angular features using RxJS, Observables, AsyncPipe, and Signals.</w:t>
      </w:r>
    </w:p>
    <w:p>
      <w:pPr>
        <w:pStyle w:val="ListBullet"/>
      </w:pPr>
      <w:r>
        <w:t>Integrated Azure DevOps CI/CD pipelines.</w:t>
      </w:r>
    </w:p>
    <w:p>
      <w:r>
        <w:rPr>
          <w:b/>
        </w:rPr>
        <w:t>Cloud Software Engineer | Constellation Software Engineering</w:t>
        <w:br/>
      </w:r>
      <w:r>
        <w:t>Sep 2023 – Aug 2024</w:t>
      </w:r>
    </w:p>
    <w:p>
      <w:pPr>
        <w:pStyle w:val="ListBullet"/>
      </w:pPr>
      <w:r>
        <w:t>Led architecture for the U.S. Navy reporting system using .NET Framework.</w:t>
      </w:r>
    </w:p>
    <w:p>
      <w:pPr>
        <w:pStyle w:val="ListBullet"/>
      </w:pPr>
      <w:r>
        <w:t>Delivered a public-facing Navy JAG website using Django, Python, and Wagtail.</w:t>
      </w:r>
    </w:p>
    <w:p>
      <w:pPr>
        <w:pStyle w:val="ListBullet"/>
      </w:pPr>
      <w:r>
        <w:t>Optimized Azure deployments and database performance.</w:t>
      </w:r>
    </w:p>
    <w:p>
      <w:r>
        <w:rPr>
          <w:b/>
        </w:rPr>
        <w:t>.NET Software Developer | Ryan Specialties</w:t>
        <w:br/>
      </w:r>
      <w:r>
        <w:t>Jan 2023 – Aug 2023</w:t>
      </w:r>
    </w:p>
    <w:p>
      <w:pPr>
        <w:pStyle w:val="ListBullet"/>
      </w:pPr>
      <w:r>
        <w:t>Modernized legacy .NET applications and improved scalability.</w:t>
      </w:r>
    </w:p>
    <w:p>
      <w:pPr>
        <w:pStyle w:val="ListBullet"/>
      </w:pPr>
      <w:r>
        <w:t>Collaborated across teams to deliver robust enterprise software.</w:t>
      </w:r>
    </w:p>
    <w:p>
      <w:r>
        <w:rPr>
          <w:b/>
        </w:rPr>
        <w:t>.NET Software Developer | InfoEd Global</w:t>
        <w:br/>
      </w:r>
      <w:r>
        <w:t>Nov 2018 – Nov 2022</w:t>
      </w:r>
    </w:p>
    <w:p>
      <w:pPr>
        <w:pStyle w:val="ListBullet"/>
      </w:pPr>
      <w:r>
        <w:t>Developed enterprise applications using .NET Framework, Angular, JavaScript, SQL Server, Oracle, XML/XSD, and REST APIs.</w:t>
      </w:r>
    </w:p>
    <w:p>
      <w:pPr>
        <w:pStyle w:val="ListBullet"/>
      </w:pPr>
      <w:r>
        <w:t>Optimized application performance through refactoring and code reviews.</w:t>
      </w:r>
    </w:p>
    <w:p>
      <w:pPr>
        <w:pStyle w:val="ListBullet"/>
      </w:pPr>
      <w:r>
        <w:t>Implemented REST APIs and integrations for enterprise data exchange.</w:t>
      </w:r>
    </w:p>
    <w:p>
      <w:r>
        <w:rPr>
          <w:b/>
        </w:rPr>
        <w:t>WordPress / PHP Developer | REV Design</w:t>
        <w:br/>
      </w:r>
      <w:r>
        <w:t>Dec 2017 – Nov 2018</w:t>
      </w:r>
    </w:p>
    <w:p>
      <w:pPr>
        <w:pStyle w:val="ListBullet"/>
      </w:pPr>
      <w:r>
        <w:t>Built and maintained custom WordPress websites and PHP applications.</w:t>
      </w:r>
    </w:p>
    <w:p>
      <w:pPr>
        <w:pStyle w:val="ListBullet"/>
      </w:pPr>
      <w:r>
        <w:t>Improved performance, security, and user experience.</w:t>
      </w:r>
    </w:p>
    <w:p>
      <w:r>
        <w:rPr>
          <w:b/>
        </w:rPr>
        <w:t>.NET Software Developer Intern | Precision Care Software</w:t>
        <w:br/>
      </w:r>
      <w:r>
        <w:t>Apr 2015 – Apr 2016</w:t>
      </w:r>
    </w:p>
    <w:p>
      <w:pPr>
        <w:pStyle w:val="ListBullet"/>
      </w:pPr>
      <w:r>
        <w:t>Developed ASP.NET applications and SQL Server solutions.</w:t>
      </w:r>
    </w:p>
    <w:p>
      <w:pPr>
        <w:pStyle w:val="ListBullet"/>
      </w:pPr>
      <w:r>
        <w:t>Created responsive interfaces and participated in testing and code reviews.</w:t>
      </w:r>
    </w:p>
    <w:p>
      <w:pPr>
        <w:shd w:fill="1F4E79"/>
      </w:pPr>
      <w:r>
        <w:rPr>
          <w:b/>
          <w:color w:val="FFFFFF"/>
          <w:sz w:val="26"/>
        </w:rPr>
        <w:t>FEATURED PROJECTS</w:t>
      </w:r>
    </w:p>
    <w:p>
      <w:r>
        <w:rPr>
          <w:b/>
        </w:rPr>
        <w:t>Marvel Rivals Companion Platform</w:t>
      </w:r>
    </w:p>
    <w:p>
      <w:pPr>
        <w:pStyle w:val="ListBullet"/>
      </w:pPr>
      <w:r>
        <w:t>Designed and developed an Overwolf companion application using Angular and TypeScript that captures real-time gameplay, provides hero matchup recommendations, performance metrics, and analytics while leveraging SOLID architecture and AI-assisted development workflows.</w:t>
      </w:r>
    </w:p>
    <w:p>
      <w:r>
        <w:rPr>
          <w:b/>
        </w:rPr>
        <w:t>U.S. Navy Application Modernization</w:t>
      </w:r>
    </w:p>
    <w:p>
      <w:pPr>
        <w:pStyle w:val="ListBullet"/>
      </w:pPr>
      <w:r>
        <w:t>Stabilized and modernized a mission-critical Navy application, resolving legacy issues, improving reliability, and consistently meeting aggressive delivery schedules.</w:t>
      </w:r>
    </w:p>
    <w:p>
      <w:pPr>
        <w:shd w:fill="1F4E79"/>
      </w:pPr>
      <w:r>
        <w:rPr>
          <w:b/>
          <w:color w:val="FFFFFF"/>
          <w:sz w:val="26"/>
        </w:rPr>
        <w:t>EDUCATION</w:t>
      </w:r>
    </w:p>
    <w:p>
      <w:r>
        <w:t>Bachelor of Science, Computer Science</w:t>
        <w:br/>
        <w:t>State University of New York at New Paltz (2018)</w:t>
      </w:r>
    </w:p>
    <w:p>
      <w:r>
        <w:t>Associate of Science, Computer Science</w:t>
        <w:br/>
        <w:t>Ulster County Community College (2014)</w:t>
      </w:r>
    </w:p>
    <w:sectPr w:rsidR="00FC693F" w:rsidRPr="0006063C" w:rsidSect="00034616">
      <w:pgSz w:w="12240" w:h="15840"/>
      <w:pgMar w:top="720" w:right="840" w:bottom="720" w:left="8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